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9846F" w14:textId="77777777" w:rsidR="00620911" w:rsidRDefault="00000000">
      <w:pPr>
        <w:jc w:val="center"/>
      </w:pPr>
      <w:r>
        <w:rPr>
          <w:noProof/>
        </w:rPr>
        <w:drawing>
          <wp:inline distT="0" distB="0" distL="0" distR="0" wp14:anchorId="3FE1CB44" wp14:editId="543FB529">
            <wp:extent cx="1188720" cy="1188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T Klub 2026 logó(6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6C7E" w14:textId="77777777" w:rsidR="00620911" w:rsidRDefault="00000000">
      <w:pPr>
        <w:jc w:val="center"/>
      </w:pPr>
      <w:r>
        <w:rPr>
          <w:b/>
          <w:sz w:val="36"/>
        </w:rPr>
        <w:t>TAGFELVÉTELI KÉRELEM</w:t>
      </w:r>
    </w:p>
    <w:p w14:paraId="6DB0F344" w14:textId="77777777" w:rsidR="00620911" w:rsidRDefault="00000000">
      <w:pPr>
        <w:jc w:val="center"/>
      </w:pPr>
      <w:r>
        <w:rPr>
          <w:b/>
          <w:sz w:val="26"/>
        </w:rPr>
        <w:t>MAGYAR BORDER TERRIER KLUB EGYESÜLET</w:t>
      </w:r>
    </w:p>
    <w:p w14:paraId="38715B35" w14:textId="77777777" w:rsidR="00620911" w:rsidRDefault="00620911"/>
    <w:p w14:paraId="6FC4E27B" w14:textId="77777777" w:rsidR="00620911" w:rsidRDefault="00000000">
      <w:r>
        <w:rPr>
          <w:rFonts w:ascii="Times New Roman" w:eastAsia="Times New Roman" w:hAnsi="Times New Roman"/>
        </w:rPr>
        <w:t>Iktatószám: ..............................................................</w:t>
      </w:r>
    </w:p>
    <w:p w14:paraId="6F318DE7" w14:textId="77777777" w:rsidR="00620911" w:rsidRDefault="00000000">
      <w:r>
        <w:rPr>
          <w:rFonts w:ascii="Times New Roman" w:eastAsia="Times New Roman" w:hAnsi="Times New Roman"/>
        </w:rPr>
        <w:t>Beérkezés dátuma: ..............................................................</w:t>
      </w:r>
    </w:p>
    <w:p w14:paraId="5B1DD59F" w14:textId="77777777" w:rsidR="00620911" w:rsidRDefault="0000000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Tagnyilvántartási szám: ..............................................................</w:t>
      </w:r>
    </w:p>
    <w:p w14:paraId="22991499" w14:textId="77777777" w:rsidR="00497D8A" w:rsidRDefault="00497D8A"/>
    <w:p w14:paraId="65B7F145" w14:textId="77777777" w:rsidR="00620911" w:rsidRDefault="00000000">
      <w:r>
        <w:rPr>
          <w:b/>
          <w:sz w:val="26"/>
        </w:rPr>
        <w:t>KÉRELMEZŐ ADATAI</w:t>
      </w:r>
    </w:p>
    <w:p w14:paraId="5CAFCD0A" w14:textId="77777777" w:rsidR="00620911" w:rsidRDefault="00000000">
      <w:r>
        <w:rPr>
          <w:rFonts w:ascii="Times New Roman" w:eastAsia="Times New Roman" w:hAnsi="Times New Roman"/>
        </w:rPr>
        <w:t>Név: ...............................................................................................................</w:t>
      </w:r>
    </w:p>
    <w:p w14:paraId="5F59E4D4" w14:textId="77777777" w:rsidR="00620911" w:rsidRDefault="00000000">
      <w:r>
        <w:rPr>
          <w:rFonts w:ascii="Times New Roman" w:eastAsia="Times New Roman" w:hAnsi="Times New Roman"/>
        </w:rPr>
        <w:t>Születési hely, idő: ...............................................................................................................</w:t>
      </w:r>
    </w:p>
    <w:p w14:paraId="16AC7DF2" w14:textId="77777777" w:rsidR="00620911" w:rsidRDefault="00000000">
      <w:r>
        <w:rPr>
          <w:rFonts w:ascii="Times New Roman" w:eastAsia="Times New Roman" w:hAnsi="Times New Roman"/>
        </w:rPr>
        <w:t>Anyja neve: ...............................................................................................................</w:t>
      </w:r>
    </w:p>
    <w:p w14:paraId="72687A16" w14:textId="77777777" w:rsidR="00620911" w:rsidRDefault="00000000">
      <w:r>
        <w:rPr>
          <w:rFonts w:ascii="Times New Roman" w:eastAsia="Times New Roman" w:hAnsi="Times New Roman"/>
        </w:rPr>
        <w:t>Lakcím: ...............................................................................................................</w:t>
      </w:r>
    </w:p>
    <w:p w14:paraId="2D20A1A5" w14:textId="77777777" w:rsidR="00620911" w:rsidRDefault="00000000">
      <w:r>
        <w:rPr>
          <w:rFonts w:ascii="Times New Roman" w:eastAsia="Times New Roman" w:hAnsi="Times New Roman"/>
        </w:rPr>
        <w:t>Telefonszám: ...............................................................................................................</w:t>
      </w:r>
    </w:p>
    <w:p w14:paraId="57E5EFF6" w14:textId="77777777" w:rsidR="00620911" w:rsidRDefault="0000000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E-mail: ...............................................................................................................</w:t>
      </w:r>
    </w:p>
    <w:p w14:paraId="2B3392F9" w14:textId="77777777" w:rsidR="001D1F2A" w:rsidRDefault="00000000">
      <w:r>
        <w:t>Kennelnév: ...............................................................................................................</w:t>
      </w:r>
    </w:p>
    <w:p w14:paraId="749A35CB" w14:textId="77777777" w:rsidR="00497D8A" w:rsidRDefault="00497D8A"/>
    <w:p w14:paraId="5B0E96B2" w14:textId="77777777" w:rsidR="00620911" w:rsidRDefault="00000000">
      <w:r>
        <w:rPr>
          <w:b/>
          <w:sz w:val="26"/>
        </w:rPr>
        <w:t>A KUTYÁK ADATAI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39"/>
        <w:gridCol w:w="2491"/>
        <w:gridCol w:w="2477"/>
        <w:gridCol w:w="2483"/>
      </w:tblGrid>
      <w:tr w:rsidR="00620911" w14:paraId="3FBCAC7F" w14:textId="77777777">
        <w:tc>
          <w:tcPr>
            <w:tcW w:w="2835" w:type="dxa"/>
          </w:tcPr>
          <w:p w14:paraId="59B7FE82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t>Kutya neve</w:t>
            </w:r>
          </w:p>
        </w:tc>
        <w:tc>
          <w:tcPr>
            <w:tcW w:w="2551" w:type="dxa"/>
          </w:tcPr>
          <w:p w14:paraId="02ABA4E3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t>Törzskönyvi szám</w:t>
            </w:r>
          </w:p>
        </w:tc>
        <w:tc>
          <w:tcPr>
            <w:tcW w:w="1984" w:type="dxa"/>
          </w:tcPr>
          <w:p w14:paraId="0DE13BE9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t>Születési idő</w:t>
            </w:r>
          </w:p>
        </w:tc>
        <w:tc>
          <w:tcPr>
            <w:tcW w:w="2551" w:type="dxa"/>
          </w:tcPr>
          <w:p w14:paraId="14C409E7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t>Mikrochip szám</w:t>
            </w:r>
          </w:p>
        </w:tc>
      </w:tr>
      <w:tr w:rsidR="00620911" w14:paraId="28E275E9" w14:textId="77777777">
        <w:tc>
          <w:tcPr>
            <w:tcW w:w="2550" w:type="dxa"/>
          </w:tcPr>
          <w:p w14:paraId="44326C36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D6E38EB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688A7F63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2445E803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  <w:tr w:rsidR="00620911" w14:paraId="2EE26A13" w14:textId="77777777">
        <w:tc>
          <w:tcPr>
            <w:tcW w:w="2550" w:type="dxa"/>
          </w:tcPr>
          <w:p w14:paraId="12D235AD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2561F302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39B4604E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7DF5C3D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  <w:tr w:rsidR="00620911" w14:paraId="5F3659E9" w14:textId="77777777">
        <w:tc>
          <w:tcPr>
            <w:tcW w:w="2550" w:type="dxa"/>
          </w:tcPr>
          <w:p w14:paraId="3F0C338B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22230C4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04B59DCF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4673B011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  <w:tr w:rsidR="00620911" w14:paraId="19521DD8" w14:textId="77777777">
        <w:tc>
          <w:tcPr>
            <w:tcW w:w="2550" w:type="dxa"/>
          </w:tcPr>
          <w:p w14:paraId="43242266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C488C54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663C5438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3377E327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  <w:tr w:rsidR="00620911" w14:paraId="626072F2" w14:textId="77777777">
        <w:tc>
          <w:tcPr>
            <w:tcW w:w="2550" w:type="dxa"/>
          </w:tcPr>
          <w:p w14:paraId="7E4FB6AA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31F97BC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7E0CEA6C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508A3D59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  <w:tr w:rsidR="00620911" w14:paraId="435CBA8E" w14:textId="77777777">
        <w:tc>
          <w:tcPr>
            <w:tcW w:w="2550" w:type="dxa"/>
          </w:tcPr>
          <w:p w14:paraId="2926922B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47C256CF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05891F37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  <w:tc>
          <w:tcPr>
            <w:tcW w:w="2550" w:type="dxa"/>
          </w:tcPr>
          <w:p w14:paraId="787F368D" w14:textId="77777777" w:rsidR="00620911" w:rsidRDefault="00000000">
            <w:r>
              <w:rPr>
                <w:rFonts w:ascii="Times New Roman" w:eastAsia="Times New Roman" w:hAnsi="Times New Roman"/>
                <w:sz w:val="20"/>
              </w:rPr>
              <w:br/>
            </w:r>
          </w:p>
        </w:tc>
      </w:tr>
    </w:tbl>
    <w:p w14:paraId="576DB2D3" w14:textId="77777777" w:rsidR="00497D8A" w:rsidRDefault="00497D8A"/>
    <w:p w14:paraId="26722F4E" w14:textId="77777777" w:rsidR="00497D8A" w:rsidRDefault="00497D8A"/>
    <w:p w14:paraId="058D9756" w14:textId="77777777" w:rsidR="00497D8A" w:rsidRDefault="00497D8A"/>
    <w:p w14:paraId="23F3631C" w14:textId="77777777" w:rsidR="00620911" w:rsidRDefault="00000000">
      <w:proofErr w:type="spellStart"/>
      <w:r>
        <w:t>Szükség</w:t>
      </w:r>
      <w:proofErr w:type="spellEnd"/>
      <w:r>
        <w:t xml:space="preserve"> </w:t>
      </w:r>
      <w:proofErr w:type="spellStart"/>
      <w:r>
        <w:t>esetén</w:t>
      </w:r>
      <w:proofErr w:type="spellEnd"/>
      <w:r>
        <w:t xml:space="preserve"> </w:t>
      </w:r>
      <w:proofErr w:type="spellStart"/>
      <w:r>
        <w:t>további</w:t>
      </w:r>
      <w:proofErr w:type="spellEnd"/>
      <w:r>
        <w:t xml:space="preserve"> </w:t>
      </w:r>
      <w:proofErr w:type="spellStart"/>
      <w:r>
        <w:t>kutyaadatok</w:t>
      </w:r>
      <w:proofErr w:type="spellEnd"/>
      <w:r>
        <w:t xml:space="preserve"> </w:t>
      </w:r>
      <w:proofErr w:type="spellStart"/>
      <w:r>
        <w:t>külön</w:t>
      </w:r>
      <w:proofErr w:type="spellEnd"/>
      <w:r>
        <w:t xml:space="preserve"> </w:t>
      </w:r>
      <w:proofErr w:type="spellStart"/>
      <w:r>
        <w:t>lapon</w:t>
      </w:r>
      <w:proofErr w:type="spellEnd"/>
      <w:r>
        <w:t xml:space="preserve"> </w:t>
      </w:r>
      <w:proofErr w:type="spellStart"/>
      <w:r>
        <w:t>csatolhatók</w:t>
      </w:r>
      <w:proofErr w:type="spellEnd"/>
      <w:r>
        <w:t>.</w:t>
      </w:r>
    </w:p>
    <w:p w14:paraId="4B2DEABC" w14:textId="77777777" w:rsidR="00497D8A" w:rsidRDefault="0000000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/>
        <w:t>Alulírott kérem felvételemet a Magyar Border Terrier Klub Egyesületbe rendes tagként.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Kijelentem, hogy: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• az Egyesület céljaival egyetértek és azokat támogatom,</w:t>
      </w:r>
      <w:r>
        <w:rPr>
          <w:rFonts w:ascii="Times New Roman" w:eastAsia="Times New Roman" w:hAnsi="Times New Roman"/>
        </w:rPr>
        <w:br/>
        <w:t>• az Egyesület Alapszabályát elfogadom,</w:t>
      </w:r>
      <w:r>
        <w:rPr>
          <w:rFonts w:ascii="Times New Roman" w:eastAsia="Times New Roman" w:hAnsi="Times New Roman"/>
        </w:rPr>
        <w:br/>
        <w:t>• rendelkezem FCI által elismert törzskönyvvel rendelkező Border terrierrel,</w:t>
      </w:r>
      <w:r>
        <w:rPr>
          <w:rFonts w:ascii="Times New Roman" w:eastAsia="Times New Roman" w:hAnsi="Times New Roman"/>
        </w:rPr>
        <w:br/>
        <w:t>• vállalom a mindenkor hatályos tagdíj megfizetését,</w:t>
      </w:r>
      <w:r>
        <w:rPr>
          <w:rFonts w:ascii="Times New Roman" w:eastAsia="Times New Roman" w:hAnsi="Times New Roman"/>
        </w:rPr>
        <w:br/>
        <w:t>• hozzájárulok személyes adataim kezeléséhez a tagsági jogviszonnyal összefüggő adminisztráció céljából.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TAGDÍJ BEFIZETÉSE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Kedvezményezett: Magyar Border Terrier Klub Egyesület</w:t>
      </w:r>
      <w:r>
        <w:rPr>
          <w:rFonts w:ascii="Times New Roman" w:eastAsia="Times New Roman" w:hAnsi="Times New Roman"/>
        </w:rPr>
        <w:br/>
        <w:t>Bankszámlaszám: 10918001-00000136-72050006</w:t>
      </w:r>
      <w:r>
        <w:rPr>
          <w:rFonts w:ascii="Times New Roman" w:eastAsia="Times New Roman" w:hAnsi="Times New Roman"/>
        </w:rPr>
        <w:br/>
        <w:t>Közlemény: tag neve + „tagdíj”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A tagdíj befizetése a tagsági jogviszony feltétele.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A KITÖLTÖTT KÉRELEM BEKÜLDÉSE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Postacím: 7694 Hosszúhetény, Máltető utca 6.</w:t>
      </w:r>
      <w:r>
        <w:rPr>
          <w:rFonts w:ascii="Times New Roman" w:eastAsia="Times New Roman" w:hAnsi="Times New Roman"/>
        </w:rPr>
        <w:br/>
        <w:t>E-mail: mbtk2026@gmail.com</w:t>
      </w:r>
      <w:r>
        <w:rPr>
          <w:rFonts w:ascii="Times New Roman" w:eastAsia="Times New Roman" w:hAnsi="Times New Roman"/>
        </w:rPr>
        <w:br/>
        <w:t>Telefonszám: +36 30 760 1211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A tagfelvételi kérelemről az Egyesület Elnöksége a kérelem beérkezésétől számított 30 napon belül dönt.</w:t>
      </w:r>
      <w:r>
        <w:rPr>
          <w:rFonts w:ascii="Times New Roman" w:eastAsia="Times New Roman" w:hAnsi="Times New Roman"/>
        </w:rPr>
        <w:br/>
        <w:t>A döntésről a kérelmező írásban értesítést kap.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ADATKEZELÉSI NYILATKOZAT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Alulírott hozzájárulok ahhoz, hogy a Magyar Border Terrier Klub Egyesület a jelen kérelemben megadott személyes adataimat a tagsági jogviszony létesítése, nyilvántartása és az egyesületi kapcsolattartás céljából kezelje.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Kelt: ..............................................................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..............................................................</w:t>
      </w:r>
      <w:r>
        <w:rPr>
          <w:rFonts w:ascii="Times New Roman" w:eastAsia="Times New Roman" w:hAnsi="Times New Roman"/>
        </w:rPr>
        <w:br/>
        <w:t>kérelmező aláírása</w:t>
      </w:r>
      <w:r>
        <w:rPr>
          <w:rFonts w:ascii="Times New Roman" w:eastAsia="Times New Roman" w:hAnsi="Times New Roman"/>
        </w:rPr>
        <w:br/>
      </w:r>
    </w:p>
    <w:p w14:paraId="3B9305AA" w14:textId="77777777" w:rsidR="00497D8A" w:rsidRDefault="00497D8A">
      <w:pPr>
        <w:rPr>
          <w:rFonts w:ascii="Times New Roman" w:eastAsia="Times New Roman" w:hAnsi="Times New Roman"/>
        </w:rPr>
      </w:pPr>
    </w:p>
    <w:p w14:paraId="124D1CA8" w14:textId="77777777" w:rsidR="00497D8A" w:rsidRDefault="00497D8A">
      <w:pPr>
        <w:rPr>
          <w:rFonts w:ascii="Times New Roman" w:eastAsia="Times New Roman" w:hAnsi="Times New Roman"/>
        </w:rPr>
      </w:pPr>
    </w:p>
    <w:p w14:paraId="335120F7" w14:textId="77777777" w:rsidR="00620911" w:rsidRDefault="00000000"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--- ELNÖKSÉGI DÖNTÉS ---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Határozat száma: ..............................................................</w:t>
      </w:r>
      <w:r>
        <w:rPr>
          <w:rFonts w:ascii="Times New Roman" w:eastAsia="Times New Roman" w:hAnsi="Times New Roman"/>
        </w:rPr>
        <w:br/>
        <w:t>Dátum: ..............................................................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☐ A tagfelvételi kérelmet elfogadja</w:t>
      </w:r>
      <w:r>
        <w:rPr>
          <w:rFonts w:ascii="Times New Roman" w:eastAsia="Times New Roman" w:hAnsi="Times New Roman"/>
        </w:rPr>
        <w:br/>
        <w:t>☐ A tagfelvételi kérelmet elutasítja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Indokolás:</w:t>
      </w:r>
      <w:r>
        <w:rPr>
          <w:rFonts w:ascii="Times New Roman" w:eastAsia="Times New Roman" w:hAnsi="Times New Roman"/>
        </w:rPr>
        <w:br/>
        <w:t>...............................................................................................................</w:t>
      </w:r>
      <w:r>
        <w:rPr>
          <w:rFonts w:ascii="Times New Roman" w:eastAsia="Times New Roman" w:hAnsi="Times New Roman"/>
        </w:rPr>
        <w:br/>
        <w:t>...............................................................................................................</w:t>
      </w:r>
      <w:r>
        <w:rPr>
          <w:rFonts w:ascii="Times New Roman" w:eastAsia="Times New Roman" w:hAnsi="Times New Roman"/>
        </w:rPr>
        <w:br/>
        <w:t>...............................................................................................................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..............................................................            ..............................................................</w:t>
      </w:r>
      <w:r>
        <w:rPr>
          <w:rFonts w:ascii="Times New Roman" w:eastAsia="Times New Roman" w:hAnsi="Times New Roman"/>
        </w:rPr>
        <w:br/>
      </w:r>
      <w:proofErr w:type="spellStart"/>
      <w:r>
        <w:rPr>
          <w:rFonts w:ascii="Times New Roman" w:eastAsia="Times New Roman" w:hAnsi="Times New Roman"/>
        </w:rPr>
        <w:t>Elnök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aláírása</w:t>
      </w:r>
      <w:proofErr w:type="spellEnd"/>
      <w:r>
        <w:rPr>
          <w:rFonts w:ascii="Times New Roman" w:eastAsia="Times New Roman" w:hAnsi="Times New Roman"/>
        </w:rPr>
        <w:t xml:space="preserve">                                                </w:t>
      </w:r>
      <w:r w:rsidR="00497D8A">
        <w:rPr>
          <w:rFonts w:ascii="Times New Roman" w:eastAsia="Times New Roman" w:hAnsi="Times New Roman"/>
        </w:rPr>
        <w:t xml:space="preserve">   </w:t>
      </w:r>
      <w:r w:rsidR="009E157C"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Elnökségi</w:t>
      </w:r>
      <w:proofErr w:type="spellEnd"/>
      <w:r>
        <w:rPr>
          <w:rFonts w:ascii="Times New Roman" w:eastAsia="Times New Roman" w:hAnsi="Times New Roman"/>
        </w:rPr>
        <w:t xml:space="preserve"> tag </w:t>
      </w:r>
      <w:proofErr w:type="spellStart"/>
      <w:r>
        <w:rPr>
          <w:rFonts w:ascii="Times New Roman" w:eastAsia="Times New Roman" w:hAnsi="Times New Roman"/>
        </w:rPr>
        <w:t>aláírása</w:t>
      </w:r>
      <w:proofErr w:type="spellEnd"/>
      <w:r>
        <w:rPr>
          <w:rFonts w:ascii="Times New Roman" w:eastAsia="Times New Roman" w:hAnsi="Times New Roman"/>
        </w:rPr>
        <w:br/>
      </w:r>
    </w:p>
    <w:sectPr w:rsidR="00620911" w:rsidSect="00034616">
      <w:pgSz w:w="12240" w:h="15840"/>
      <w:pgMar w:top="850" w:right="1020" w:bottom="850" w:left="10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30773388">
    <w:abstractNumId w:val="8"/>
  </w:num>
  <w:num w:numId="2" w16cid:durableId="775250727">
    <w:abstractNumId w:val="6"/>
  </w:num>
  <w:num w:numId="3" w16cid:durableId="1112819642">
    <w:abstractNumId w:val="5"/>
  </w:num>
  <w:num w:numId="4" w16cid:durableId="574245478">
    <w:abstractNumId w:val="4"/>
  </w:num>
  <w:num w:numId="5" w16cid:durableId="663123213">
    <w:abstractNumId w:val="7"/>
  </w:num>
  <w:num w:numId="6" w16cid:durableId="2085376281">
    <w:abstractNumId w:val="3"/>
  </w:num>
  <w:num w:numId="7" w16cid:durableId="1916162082">
    <w:abstractNumId w:val="2"/>
  </w:num>
  <w:num w:numId="8" w16cid:durableId="2044480163">
    <w:abstractNumId w:val="1"/>
  </w:num>
  <w:num w:numId="9" w16cid:durableId="1853450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4FD7"/>
    <w:rsid w:val="00034616"/>
    <w:rsid w:val="0006063C"/>
    <w:rsid w:val="0015074B"/>
    <w:rsid w:val="001D1F2A"/>
    <w:rsid w:val="001F5720"/>
    <w:rsid w:val="0029639D"/>
    <w:rsid w:val="00326F90"/>
    <w:rsid w:val="00497D8A"/>
    <w:rsid w:val="00620911"/>
    <w:rsid w:val="009E157C"/>
    <w:rsid w:val="00A443D5"/>
    <w:rsid w:val="00AA1D8D"/>
    <w:rsid w:val="00B47730"/>
    <w:rsid w:val="00BC00C9"/>
    <w:rsid w:val="00CB0664"/>
    <w:rsid w:val="00CB3F0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4D7EA4"/>
  <w14:defaultImageDpi w14:val="300"/>
  <w15:docId w15:val="{6CDA1758-A045-4EC9-9A43-25A908B00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C693F"/>
  </w:style>
  <w:style w:type="paragraph" w:styleId="Cmsor1">
    <w:name w:val="heading 1"/>
    <w:basedOn w:val="Norml"/>
    <w:next w:val="Norml"/>
    <w:link w:val="Cmsor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18BF"/>
  </w:style>
  <w:style w:type="paragraph" w:styleId="llb">
    <w:name w:val="footer"/>
    <w:basedOn w:val="Norml"/>
    <w:link w:val="llb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18BF"/>
  </w:style>
  <w:style w:type="paragraph" w:styleId="Nincstrkz">
    <w:name w:val="No Spacing"/>
    <w:uiPriority w:val="1"/>
    <w:qFormat/>
    <w:rsid w:val="00FC693F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C693F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AA1D8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AA1D8D"/>
  </w:style>
  <w:style w:type="paragraph" w:styleId="Szvegtrzs2">
    <w:name w:val="Body Text 2"/>
    <w:basedOn w:val="Norml"/>
    <w:link w:val="Szvegtrzs2Char"/>
    <w:uiPriority w:val="99"/>
    <w:unhideWhenUsed/>
    <w:rsid w:val="00AA1D8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AA1D8D"/>
  </w:style>
  <w:style w:type="paragraph" w:styleId="Szvegtrzs3">
    <w:name w:val="Body Text 3"/>
    <w:basedOn w:val="Norml"/>
    <w:link w:val="Szvegtrzs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A1D8D"/>
    <w:rPr>
      <w:sz w:val="16"/>
      <w:szCs w:val="16"/>
    </w:rPr>
  </w:style>
  <w:style w:type="paragraph" w:styleId="Lista">
    <w:name w:val="List"/>
    <w:basedOn w:val="Norm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l"/>
    <w:uiPriority w:val="99"/>
    <w:unhideWhenUsed/>
    <w:rsid w:val="00326F90"/>
    <w:pPr>
      <w:ind w:left="1080" w:hanging="360"/>
      <w:contextualSpacing/>
    </w:pPr>
  </w:style>
  <w:style w:type="paragraph" w:styleId="Felsorols">
    <w:name w:val="List Bullet"/>
    <w:basedOn w:val="Norml"/>
    <w:uiPriority w:val="99"/>
    <w:unhideWhenUsed/>
    <w:rsid w:val="00326F90"/>
    <w:pPr>
      <w:numPr>
        <w:numId w:val="1"/>
      </w:numPr>
      <w:contextualSpacing/>
    </w:pPr>
  </w:style>
  <w:style w:type="paragraph" w:styleId="Felsorols2">
    <w:name w:val="List Bullet 2"/>
    <w:basedOn w:val="Norml"/>
    <w:uiPriority w:val="99"/>
    <w:unhideWhenUsed/>
    <w:rsid w:val="00326F90"/>
    <w:pPr>
      <w:numPr>
        <w:numId w:val="2"/>
      </w:numPr>
      <w:contextualSpacing/>
    </w:pPr>
  </w:style>
  <w:style w:type="paragraph" w:styleId="Felsorols3">
    <w:name w:val="List Bullet 3"/>
    <w:basedOn w:val="Norml"/>
    <w:uiPriority w:val="99"/>
    <w:unhideWhenUsed/>
    <w:rsid w:val="00326F90"/>
    <w:pPr>
      <w:numPr>
        <w:numId w:val="3"/>
      </w:numPr>
      <w:contextualSpacing/>
    </w:pPr>
  </w:style>
  <w:style w:type="paragraph" w:styleId="Szmozottlista">
    <w:name w:val="List Number"/>
    <w:basedOn w:val="Norml"/>
    <w:uiPriority w:val="99"/>
    <w:unhideWhenUsed/>
    <w:rsid w:val="00326F90"/>
    <w:pPr>
      <w:numPr>
        <w:numId w:val="5"/>
      </w:numPr>
      <w:contextualSpacing/>
    </w:pPr>
  </w:style>
  <w:style w:type="paragraph" w:styleId="Szmozottlista2">
    <w:name w:val="List Number 2"/>
    <w:basedOn w:val="Norml"/>
    <w:uiPriority w:val="99"/>
    <w:unhideWhenUsed/>
    <w:rsid w:val="0029639D"/>
    <w:pPr>
      <w:numPr>
        <w:numId w:val="6"/>
      </w:numPr>
      <w:contextualSpacing/>
    </w:pPr>
  </w:style>
  <w:style w:type="paragraph" w:styleId="Szmozottlista3">
    <w:name w:val="List Number 3"/>
    <w:basedOn w:val="Norml"/>
    <w:uiPriority w:val="99"/>
    <w:unhideWhenUsed/>
    <w:rsid w:val="0029639D"/>
    <w:pPr>
      <w:numPr>
        <w:numId w:val="7"/>
      </w:numPr>
      <w:contextualSpacing/>
    </w:pPr>
  </w:style>
  <w:style w:type="paragraph" w:styleId="Listafolytatsa">
    <w:name w:val="List Continue"/>
    <w:basedOn w:val="Norml"/>
    <w:uiPriority w:val="99"/>
    <w:unhideWhenUsed/>
    <w:rsid w:val="0029639D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unhideWhenUsed/>
    <w:rsid w:val="0029639D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unhideWhenUsed/>
    <w:rsid w:val="0029639D"/>
    <w:pPr>
      <w:spacing w:after="120"/>
      <w:ind w:left="1080"/>
      <w:contextualSpacing/>
    </w:pPr>
  </w:style>
  <w:style w:type="paragraph" w:styleId="Makrszvege">
    <w:name w:val="macro"/>
    <w:link w:val="Makrszveg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rsid w:val="0029639D"/>
    <w:rPr>
      <w:rFonts w:ascii="Courier" w:hAnsi="Courier"/>
      <w:sz w:val="20"/>
      <w:szCs w:val="20"/>
    </w:rPr>
  </w:style>
  <w:style w:type="paragraph" w:styleId="Idzet">
    <w:name w:val="Quote"/>
    <w:basedOn w:val="Norml"/>
    <w:next w:val="Norml"/>
    <w:link w:val="IdzetChar"/>
    <w:uiPriority w:val="29"/>
    <w:qFormat/>
    <w:rsid w:val="00FC693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FC693F"/>
    <w:rPr>
      <w:i/>
      <w:iCs/>
      <w:color w:val="000000" w:themeColor="tex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iemels2">
    <w:name w:val="Strong"/>
    <w:basedOn w:val="Bekezdsalapbettpusa"/>
    <w:uiPriority w:val="22"/>
    <w:qFormat/>
    <w:rsid w:val="00FC693F"/>
    <w:rPr>
      <w:b/>
      <w:bCs/>
    </w:rPr>
  </w:style>
  <w:style w:type="character" w:styleId="Kiemels">
    <w:name w:val="Emphasis"/>
    <w:basedOn w:val="Bekezdsalapbettpusa"/>
    <w:uiPriority w:val="20"/>
    <w:qFormat/>
    <w:rsid w:val="00FC693F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C693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FC693F"/>
    <w:rPr>
      <w:i/>
      <w:iCs/>
      <w:color w:val="808080" w:themeColor="text1" w:themeTint="7F"/>
    </w:rPr>
  </w:style>
  <w:style w:type="character" w:styleId="Erskiemels">
    <w:name w:val="Intense Emphasis"/>
    <w:basedOn w:val="Bekezdsalapbettpusa"/>
    <w:uiPriority w:val="21"/>
    <w:qFormat/>
    <w:rsid w:val="00FC693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FC693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FC693F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FC693F"/>
    <w:pPr>
      <w:outlineLvl w:val="9"/>
    </w:pPr>
  </w:style>
  <w:style w:type="table" w:styleId="Rcsostblzat">
    <w:name w:val="Table Grid"/>
    <w:basedOn w:val="Normltblzat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tnus">
    <w:name w:val="Light Shading"/>
    <w:basedOn w:val="Normltblzat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lgosrnykols2jellszn">
    <w:name w:val="Light Shading Accent 2"/>
    <w:basedOn w:val="Normltblzat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lgosrnykols3jellszn">
    <w:name w:val="Light Shading Accent 3"/>
    <w:basedOn w:val="Normltblzat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lgosrnykols4jellszn">
    <w:name w:val="Light Shading Accent 4"/>
    <w:basedOn w:val="Normltblzat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lgosrnykols5jellszn">
    <w:name w:val="Light Shading Accent 5"/>
    <w:basedOn w:val="Normltblzat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lgosrnykols6jellszn">
    <w:name w:val="Light Shading Accent 6"/>
    <w:basedOn w:val="Normltblzat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lgoslista">
    <w:name w:val="Light List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lgoslista2jellszn">
    <w:name w:val="Light List Accent 2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lgoslista3jellszn">
    <w:name w:val="Light List Accent 3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lgoslista4jellszn">
    <w:name w:val="Light List Accent 4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lgoslista5jellszn">
    <w:name w:val="Light List Accent 5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lgoslista6jellszn">
    <w:name w:val="Light List Accent 6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rcs">
    <w:name w:val="Light Grid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lgosrcs2jellszn">
    <w:name w:val="Light Grid Accent 2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lgosrcs3jellszn">
    <w:name w:val="Light Grid Accent 3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4jellszn">
    <w:name w:val="Light Grid Accent 4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lgosrcs5jellszn">
    <w:name w:val="Light Grid Accent 5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lgosrcs6jellszn">
    <w:name w:val="Light Grid Accent 6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Kzepesrnykols1">
    <w:name w:val="Medium Shading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lista1">
    <w:name w:val="Medium Lis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Kzepeslista12jellszn">
    <w:name w:val="Medium List 1 Accent 2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Kzepeslista13jellszn">
    <w:name w:val="Medium List 1 Accent 3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Kzepeslista14jellszn">
    <w:name w:val="Medium List 1 Accent 4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Kzepeslista15jellszn">
    <w:name w:val="Medium List 1 Accent 5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Kzepeslista16jellszn">
    <w:name w:val="Medium List 1 Accent 6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zepeslista2">
    <w:name w:val="Medium Lis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cs1">
    <w:name w:val="Medium Grid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zepesrcs12jellszn">
    <w:name w:val="Medium Grid 1 Accent 2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zepesrcs13jellszn">
    <w:name w:val="Medium Grid 1 Accent 3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zepesrcs14jellszn">
    <w:name w:val="Medium Grid 1 Accent 4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zepesrcs15jellszn">
    <w:name w:val="Medium Grid 1 Accent 5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zepesrcs16jellszn">
    <w:name w:val="Medium Grid 1 Accent 6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zepesrcs2">
    <w:name w:val="Medium Grid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Kzepesrcs32jellszn">
    <w:name w:val="Medium Grid 3 Accent 2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Kzepesrcs33jellszn">
    <w:name w:val="Medium Grid 3 Accent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zepesrcs34jellszn">
    <w:name w:val="Medium Grid 3 Accent 4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Kzepesrcs35jellszn">
    <w:name w:val="Medium Grid 3 Accent 5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6jellszn">
    <w:name w:val="Medium Grid 3 Accent 6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ttlista">
    <w:name w:val="Dark List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Sttlista2jellszn">
    <w:name w:val="Dark List Accent 2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ttlista3jellszn">
    <w:name w:val="Dark List Accent 3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ttlista4jellszn">
    <w:name w:val="Dark List Accent 4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Sttlista5jellszn">
    <w:name w:val="Dark List Accent 5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znesrnykols">
    <w:name w:val="Colorful Shading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nykols4jellszn">
    <w:name w:val="Colorful Shading Accent 4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lista">
    <w:name w:val="Colorful List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zneslista2jellszn">
    <w:name w:val="Colorful List Accent 2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zneslista3jellszn">
    <w:name w:val="Colorful List Accent 3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zneslista4jellszn">
    <w:name w:val="Colorful List Accent 4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zneslista5jellszn">
    <w:name w:val="Colorful List Accent 5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znesrcs">
    <w:name w:val="Colorful Grid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znesrcs2jellszn">
    <w:name w:val="Colorful Grid Accent 2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znesrcs3jellszn">
    <w:name w:val="Colorful Grid Accent 3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cs4jellszn">
    <w:name w:val="Colorful Grid Accent 4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znesrcs5jellszn">
    <w:name w:val="Colorful Grid Accent 5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447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György Helstáb</cp:lastModifiedBy>
  <cp:revision>2</cp:revision>
  <dcterms:created xsi:type="dcterms:W3CDTF">2026-05-29T13:40:00Z</dcterms:created>
  <dcterms:modified xsi:type="dcterms:W3CDTF">2026-05-29T13:40:00Z</dcterms:modified>
  <cp:category/>
</cp:coreProperties>
</file>