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29846F" w14:textId="77777777" w:rsidR="00620911" w:rsidRDefault="00000000">
      <w:pPr>
        <w:jc w:val="center"/>
      </w:pPr>
      <w:r>
        <w:rPr>
          <w:noProof/>
        </w:rPr>
        <w:drawing>
          <wp:inline distT="0" distB="0" distL="0" distR="0" wp14:anchorId="3FE1CB44" wp14:editId="543FB529">
            <wp:extent cx="1188720" cy="1188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T Klub 2026 logó(6)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A6C7E" w14:textId="77777777" w:rsidR="00620911" w:rsidRDefault="00000000">
      <w:pPr>
        <w:jc w:val="center"/>
      </w:pPr>
      <w:r>
        <w:rPr>
          <w:b/>
          <w:sz w:val="36"/>
        </w:rPr>
        <w:t>MEMBERSHIP APPLICATION</w:t>
      </w:r>
    </w:p>
    <w:p w14:paraId="6DB0F344" w14:textId="77777777" w:rsidR="00620911" w:rsidRDefault="00000000">
      <w:pPr>
        <w:jc w:val="center"/>
      </w:pPr>
      <w:r>
        <w:rPr>
          <w:b/>
          <w:sz w:val="26"/>
        </w:rPr>
        <w:t>HUNGARIAN BORDER TERRIER CLUB ASSOCIATION</w:t>
      </w:r>
    </w:p>
    <w:p w14:paraId="38715B35" w14:textId="77777777" w:rsidR="00620911" w:rsidRDefault="00620911"/>
    <w:p w14:paraId="6FC4E27B" w14:textId="77777777" w:rsidR="00620911" w:rsidRDefault="00000000">
      <w:r>
        <w:rPr>
          <w:rFonts w:ascii="Times New Roman" w:eastAsia="Times New Roman" w:hAnsi="Times New Roman"/>
        </w:rPr>
        <w:t>Reference Number: ..............................................................</w:t>
      </w:r>
    </w:p>
    <w:p w14:paraId="6F318DE7" w14:textId="77777777" w:rsidR="00620911" w:rsidRDefault="00000000">
      <w:r>
        <w:rPr>
          <w:rFonts w:ascii="Times New Roman" w:eastAsia="Times New Roman" w:hAnsi="Times New Roman"/>
        </w:rPr>
        <w:t>Date Received: ..............................................................</w:t>
      </w:r>
    </w:p>
    <w:p w14:paraId="5B1DD59F" w14:textId="77777777" w:rsidR="00620911" w:rsidRDefault="00000000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Membership Registration Number: ..............................................................</w:t>
      </w:r>
    </w:p>
    <w:p w14:paraId="22991499" w14:textId="77777777" w:rsidR="00497D8A" w:rsidRDefault="00497D8A"/>
    <w:p w14:paraId="65B7F145" w14:textId="77777777" w:rsidR="00620911" w:rsidRDefault="00000000">
      <w:r>
        <w:rPr>
          <w:b/>
          <w:sz w:val="26"/>
        </w:rPr>
        <w:t>APPLICANT DETAILS</w:t>
      </w:r>
    </w:p>
    <w:p w14:paraId="5CAFCD0A" w14:textId="77777777" w:rsidR="00620911" w:rsidRDefault="00000000">
      <w:r>
        <w:rPr>
          <w:rFonts w:ascii="Times New Roman" w:eastAsia="Times New Roman" w:hAnsi="Times New Roman"/>
        </w:rPr>
        <w:t>Name: ...............................................................................................................</w:t>
      </w:r>
    </w:p>
    <w:p w14:paraId="5F59E4D4" w14:textId="77777777" w:rsidR="00620911" w:rsidRDefault="00000000">
      <w:r>
        <w:rPr>
          <w:rFonts w:ascii="Times New Roman" w:eastAsia="Times New Roman" w:hAnsi="Times New Roman"/>
        </w:rPr>
        <w:t>Place and Date of Birth: ...............................................................................................................</w:t>
      </w:r>
    </w:p>
    <w:p w14:paraId="16AC7DF2" w14:textId="77777777" w:rsidR="00620911" w:rsidRDefault="00000000">
      <w:r>
        <w:rPr>
          <w:rFonts w:ascii="Times New Roman" w:eastAsia="Times New Roman" w:hAnsi="Times New Roman"/>
        </w:rPr>
        <w:t>Mother's Name: ...............................................................................................................</w:t>
      </w:r>
    </w:p>
    <w:p w14:paraId="72687A16" w14:textId="77777777" w:rsidR="00620911" w:rsidRDefault="00000000">
      <w:r>
        <w:rPr>
          <w:rFonts w:ascii="Times New Roman" w:eastAsia="Times New Roman" w:hAnsi="Times New Roman"/>
        </w:rPr>
        <w:t>Address: ...............................................................................................................</w:t>
      </w:r>
    </w:p>
    <w:p w14:paraId="2D20A1A5" w14:textId="77777777" w:rsidR="00620911" w:rsidRDefault="00000000">
      <w:r>
        <w:rPr>
          <w:rFonts w:ascii="Times New Roman" w:eastAsia="Times New Roman" w:hAnsi="Times New Roman"/>
        </w:rPr>
        <w:t>Telephone Number: ...............................................................................................................</w:t>
      </w:r>
    </w:p>
    <w:p w14:paraId="57E5EFF6" w14:textId="77777777" w:rsidR="00620911" w:rsidRDefault="00000000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E-mail: ...............................................................................................................</w:t>
      </w:r>
    </w:p>
    <w:p w14:paraId="2B3392F9" w14:textId="77777777" w:rsidR="001D1F2A" w:rsidRDefault="00000000">
      <w:r>
        <w:t>Kennel Name: ...............................................................................................................</w:t>
      </w:r>
    </w:p>
    <w:p w14:paraId="749A35CB" w14:textId="77777777" w:rsidR="00497D8A" w:rsidRDefault="00497D8A"/>
    <w:p w14:paraId="5B0E96B2" w14:textId="77777777" w:rsidR="00620911" w:rsidRDefault="00000000">
      <w:r>
        <w:rPr>
          <w:b/>
          <w:sz w:val="26"/>
        </w:rPr>
        <w:t>DOG DETAILS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746"/>
        <w:gridCol w:w="2484"/>
        <w:gridCol w:w="2471"/>
        <w:gridCol w:w="2489"/>
      </w:tblGrid>
      <w:tr w:rsidR="00620911" w14:paraId="3FBCAC7F" w14:textId="77777777">
        <w:tc>
          <w:tcPr>
            <w:tcW w:w="2835" w:type="dxa"/>
          </w:tcPr>
          <w:p w14:paraId="59B7FE82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t>Dog Name</w:t>
            </w:r>
          </w:p>
        </w:tc>
        <w:tc>
          <w:tcPr>
            <w:tcW w:w="2551" w:type="dxa"/>
          </w:tcPr>
          <w:p w14:paraId="02ABA4E3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t>Pedigree Number</w:t>
            </w:r>
          </w:p>
        </w:tc>
        <w:tc>
          <w:tcPr>
            <w:tcW w:w="1984" w:type="dxa"/>
          </w:tcPr>
          <w:p w14:paraId="0DE13BE9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t>Date of Birth</w:t>
            </w:r>
          </w:p>
        </w:tc>
        <w:tc>
          <w:tcPr>
            <w:tcW w:w="2551" w:type="dxa"/>
          </w:tcPr>
          <w:p w14:paraId="14C409E7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t>Microchip Number</w:t>
            </w:r>
          </w:p>
        </w:tc>
      </w:tr>
      <w:tr w:rsidR="00620911" w14:paraId="28E275E9" w14:textId="77777777">
        <w:tc>
          <w:tcPr>
            <w:tcW w:w="2550" w:type="dxa"/>
          </w:tcPr>
          <w:p w14:paraId="44326C36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5D6E38EB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688A7F63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2445E803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</w:tr>
      <w:tr w:rsidR="00620911" w14:paraId="2EE26A13" w14:textId="77777777">
        <w:tc>
          <w:tcPr>
            <w:tcW w:w="2550" w:type="dxa"/>
          </w:tcPr>
          <w:p w14:paraId="12D235AD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2561F302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39B4604E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57DF5C3D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</w:tr>
      <w:tr w:rsidR="00620911" w14:paraId="5F3659E9" w14:textId="77777777">
        <w:tc>
          <w:tcPr>
            <w:tcW w:w="2550" w:type="dxa"/>
          </w:tcPr>
          <w:p w14:paraId="3F0C338B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522230C4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04B59DCF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4673B011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</w:tr>
      <w:tr w:rsidR="00620911" w14:paraId="19521DD8" w14:textId="77777777">
        <w:tc>
          <w:tcPr>
            <w:tcW w:w="2550" w:type="dxa"/>
          </w:tcPr>
          <w:p w14:paraId="43242266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5C488C54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663C5438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3377E327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</w:tr>
      <w:tr w:rsidR="00620911" w14:paraId="626072F2" w14:textId="77777777">
        <w:tc>
          <w:tcPr>
            <w:tcW w:w="2550" w:type="dxa"/>
          </w:tcPr>
          <w:p w14:paraId="7E4FB6AA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531F97BC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7E0CEA6C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508A3D59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</w:tr>
      <w:tr w:rsidR="00620911" w14:paraId="435CBA8E" w14:textId="77777777">
        <w:tc>
          <w:tcPr>
            <w:tcW w:w="2550" w:type="dxa"/>
          </w:tcPr>
          <w:p w14:paraId="2926922B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47C256CF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05891F37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787F368D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</w:tr>
    </w:tbl>
    <w:p w14:paraId="23F3631C" w14:textId="5F14F671" w:rsidR="00620911" w:rsidRDefault="00620911"/>
    <w:p w14:paraId="4B2DEABC" w14:textId="1312EFE7" w:rsidR="00497D8A" w:rsidRDefault="00000000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/>
        <w:t>I hereby apply for admission as a regular member of the Hungarian Border Terrier Club Association.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I declare that: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• • I support the objectives of the Association,</w:t>
      </w:r>
      <w:r>
        <w:rPr>
          <w:rFonts w:ascii="Times New Roman" w:eastAsia="Times New Roman" w:hAnsi="Times New Roman"/>
        </w:rPr>
        <w:br/>
        <w:t>• • I accept the Statutes of the Association,</w:t>
      </w:r>
      <w:r>
        <w:rPr>
          <w:rFonts w:ascii="Times New Roman" w:eastAsia="Times New Roman" w:hAnsi="Times New Roman"/>
        </w:rPr>
        <w:br/>
        <w:t>• • I own a Border Terrier with an FCI-recognised pedigree,</w:t>
      </w:r>
      <w:r>
        <w:rPr>
          <w:rFonts w:ascii="Times New Roman" w:eastAsia="Times New Roman" w:hAnsi="Times New Roman"/>
        </w:rPr>
        <w:br/>
        <w:t>• • I undertake to pay the applicable membership fee,</w:t>
      </w:r>
      <w:r>
        <w:rPr>
          <w:rFonts w:ascii="Times New Roman" w:eastAsia="Times New Roman" w:hAnsi="Times New Roman"/>
        </w:rPr>
        <w:br/>
        <w:t>• • I consent to the processing of my personal data for membership administration purposes.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MEMBERSHIP FEE PAYMENT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Beneficiary: Magyar Border Terrier Klub Egyesület</w:t>
      </w:r>
      <w:r>
        <w:rPr>
          <w:rFonts w:ascii="Times New Roman" w:eastAsia="Times New Roman" w:hAnsi="Times New Roman"/>
        </w:rPr>
        <w:br/>
        <w:t>Bank Account Number: 10918001-00000136-72050006</w:t>
      </w:r>
      <w:r>
        <w:rPr>
          <w:rFonts w:ascii="Times New Roman" w:eastAsia="Times New Roman" w:hAnsi="Times New Roman"/>
        </w:rPr>
        <w:br/>
        <w:t>Reference: member name + 'membership fee'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Payment of the membership fee is a condition of membership.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SUBMISSION OF THE COMPLETED APPLICATION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Postal Address: 7694 Hosszúhetény, Máltető utca 6.</w:t>
      </w:r>
      <w:r>
        <w:rPr>
          <w:rFonts w:ascii="Times New Roman" w:eastAsia="Times New Roman" w:hAnsi="Times New Roman"/>
        </w:rPr>
        <w:br/>
        <w:t>E-mail: mbtk2026@gmail.com</w:t>
      </w:r>
      <w:r>
        <w:rPr>
          <w:rFonts w:ascii="Times New Roman" w:eastAsia="Times New Roman" w:hAnsi="Times New Roman"/>
        </w:rPr>
        <w:br/>
        <w:t>Telephone Number: +36 30 760 1211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The Board of the Association shall decide on the application within 30 days of receipt.</w:t>
      </w:r>
      <w:r>
        <w:rPr>
          <w:rFonts w:ascii="Times New Roman" w:eastAsia="Times New Roman" w:hAnsi="Times New Roman"/>
        </w:rPr>
        <w:br/>
        <w:t>The applicant will be notified of the decision in writing.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DATA PROTECTION DECLARATION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</w:r>
      <w:r w:rsidR="00314D89">
        <w:t>I hereby consent to the Hungarian Border Terrier Club Association processing the personal data provided in this application for the purposes of establishing, maintaining and administering membership, and for association-related communication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Place, Date: ..............................................................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..............................................................</w:t>
      </w:r>
      <w:r>
        <w:rPr>
          <w:rFonts w:ascii="Times New Roman" w:eastAsia="Times New Roman" w:hAnsi="Times New Roman"/>
        </w:rPr>
        <w:br/>
        <w:t>Applicant Signature</w:t>
      </w:r>
      <w:r>
        <w:rPr>
          <w:rFonts w:ascii="Times New Roman" w:eastAsia="Times New Roman" w:hAnsi="Times New Roman"/>
        </w:rPr>
        <w:br/>
      </w:r>
    </w:p>
    <w:p w14:paraId="3B9305AA" w14:textId="77777777" w:rsidR="00497D8A" w:rsidRDefault="00497D8A">
      <w:pPr>
        <w:rPr>
          <w:rFonts w:ascii="Times New Roman" w:eastAsia="Times New Roman" w:hAnsi="Times New Roman"/>
        </w:rPr>
      </w:pPr>
    </w:p>
    <w:p w14:paraId="124D1CA8" w14:textId="77777777" w:rsidR="00497D8A" w:rsidRDefault="00497D8A">
      <w:pPr>
        <w:rPr>
          <w:rFonts w:ascii="Times New Roman" w:eastAsia="Times New Roman" w:hAnsi="Times New Roman"/>
        </w:rPr>
      </w:pPr>
    </w:p>
    <w:p w14:paraId="0E532D04" w14:textId="77777777" w:rsidR="0025663D" w:rsidRDefault="0025663D">
      <w:pPr>
        <w:rPr>
          <w:rFonts w:ascii="Times New Roman" w:eastAsia="Times New Roman" w:hAnsi="Times New Roman"/>
        </w:rPr>
      </w:pPr>
    </w:p>
    <w:p w14:paraId="335120F7" w14:textId="2606B0D2" w:rsidR="00620911" w:rsidRDefault="00000000">
      <w:r>
        <w:rPr>
          <w:rFonts w:ascii="Times New Roman" w:eastAsia="Times New Roman" w:hAnsi="Times New Roman"/>
        </w:rPr>
        <w:lastRenderedPageBreak/>
        <w:br/>
      </w:r>
      <w:r>
        <w:rPr>
          <w:rFonts w:ascii="Times New Roman" w:eastAsia="Times New Roman" w:hAnsi="Times New Roman"/>
        </w:rPr>
        <w:br/>
        <w:t>--- BOARD DECISION ---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Resolution Number: ..............................................................</w:t>
      </w:r>
      <w:r>
        <w:rPr>
          <w:rFonts w:ascii="Times New Roman" w:eastAsia="Times New Roman" w:hAnsi="Times New Roman"/>
        </w:rPr>
        <w:br/>
        <w:t>Date: ..............................................................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☐ Membership application approved</w:t>
      </w:r>
      <w:r>
        <w:rPr>
          <w:rFonts w:ascii="Times New Roman" w:eastAsia="Times New Roman" w:hAnsi="Times New Roman"/>
        </w:rPr>
        <w:br/>
        <w:t>☐ Membership application rejected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Reasoning:</w:t>
      </w:r>
      <w:r>
        <w:rPr>
          <w:rFonts w:ascii="Times New Roman" w:eastAsia="Times New Roman" w:hAnsi="Times New Roman"/>
        </w:rPr>
        <w:br/>
        <w:t>...............................................................................................................</w:t>
      </w:r>
      <w:r>
        <w:rPr>
          <w:rFonts w:ascii="Times New Roman" w:eastAsia="Times New Roman" w:hAnsi="Times New Roman"/>
        </w:rPr>
        <w:br/>
        <w:t>...............................................................................................................</w:t>
      </w:r>
      <w:r>
        <w:rPr>
          <w:rFonts w:ascii="Times New Roman" w:eastAsia="Times New Roman" w:hAnsi="Times New Roman"/>
        </w:rPr>
        <w:br/>
        <w:t>...............................................................................................................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..............................................................            ..............................................................</w:t>
      </w:r>
      <w:r>
        <w:rPr>
          <w:rFonts w:ascii="Times New Roman" w:eastAsia="Times New Roman" w:hAnsi="Times New Roman"/>
        </w:rPr>
        <w:br/>
      </w:r>
      <w:r w:rsidR="00314D89">
        <w:t>Chairperson Signature</w:t>
      </w:r>
      <w:r>
        <w:rPr>
          <w:rFonts w:ascii="Times New Roman" w:eastAsia="Times New Roman" w:hAnsi="Times New Roman"/>
        </w:rPr>
        <w:t xml:space="preserve">                                    </w:t>
      </w:r>
      <w:r w:rsidR="00314D89">
        <w:t>Board Member Signature</w:t>
      </w:r>
      <w:r>
        <w:rPr>
          <w:rFonts w:ascii="Times New Roman" w:eastAsia="Times New Roman" w:hAnsi="Times New Roman"/>
        </w:rPr>
        <w:br/>
      </w:r>
    </w:p>
    <w:sectPr w:rsidR="00620911" w:rsidSect="00034616">
      <w:pgSz w:w="12240" w:h="15840"/>
      <w:pgMar w:top="850" w:right="1020" w:bottom="850" w:left="10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zmozott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zmozott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Felsorol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Felsorol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30773388">
    <w:abstractNumId w:val="8"/>
  </w:num>
  <w:num w:numId="2" w16cid:durableId="775250727">
    <w:abstractNumId w:val="6"/>
  </w:num>
  <w:num w:numId="3" w16cid:durableId="1112819642">
    <w:abstractNumId w:val="5"/>
  </w:num>
  <w:num w:numId="4" w16cid:durableId="574245478">
    <w:abstractNumId w:val="4"/>
  </w:num>
  <w:num w:numId="5" w16cid:durableId="663123213">
    <w:abstractNumId w:val="7"/>
  </w:num>
  <w:num w:numId="6" w16cid:durableId="2085376281">
    <w:abstractNumId w:val="3"/>
  </w:num>
  <w:num w:numId="7" w16cid:durableId="1916162082">
    <w:abstractNumId w:val="2"/>
  </w:num>
  <w:num w:numId="8" w16cid:durableId="2044480163">
    <w:abstractNumId w:val="1"/>
  </w:num>
  <w:num w:numId="9" w16cid:durableId="18534502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4FD7"/>
    <w:rsid w:val="00034616"/>
    <w:rsid w:val="0006063C"/>
    <w:rsid w:val="0015074B"/>
    <w:rsid w:val="001D1F2A"/>
    <w:rsid w:val="001F5720"/>
    <w:rsid w:val="0025663D"/>
    <w:rsid w:val="0029639D"/>
    <w:rsid w:val="00314D89"/>
    <w:rsid w:val="00326F90"/>
    <w:rsid w:val="00497D8A"/>
    <w:rsid w:val="00620911"/>
    <w:rsid w:val="00682ABD"/>
    <w:rsid w:val="009E157C"/>
    <w:rsid w:val="00A443D5"/>
    <w:rsid w:val="00AA1D8D"/>
    <w:rsid w:val="00AD4031"/>
    <w:rsid w:val="00B47730"/>
    <w:rsid w:val="00BC00C9"/>
    <w:rsid w:val="00CB0664"/>
    <w:rsid w:val="00CB3F0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4D7EA4"/>
  <w14:defaultImageDpi w14:val="300"/>
  <w15:docId w15:val="{6CDA1758-A045-4EC9-9A43-25A908B00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C693F"/>
  </w:style>
  <w:style w:type="paragraph" w:styleId="Cmsor1">
    <w:name w:val="heading 1"/>
    <w:basedOn w:val="Norml"/>
    <w:next w:val="Norml"/>
    <w:link w:val="Cmsor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618BF"/>
  </w:style>
  <w:style w:type="paragraph" w:styleId="llb">
    <w:name w:val="footer"/>
    <w:basedOn w:val="Norml"/>
    <w:link w:val="llb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618BF"/>
  </w:style>
  <w:style w:type="paragraph" w:styleId="Nincstrkz">
    <w:name w:val="No Spacing"/>
    <w:uiPriority w:val="1"/>
    <w:qFormat/>
    <w:rsid w:val="00FC693F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aszerbekezds">
    <w:name w:val="List Paragraph"/>
    <w:basedOn w:val="Norml"/>
    <w:uiPriority w:val="34"/>
    <w:qFormat/>
    <w:rsid w:val="00FC693F"/>
    <w:pPr>
      <w:ind w:left="720"/>
      <w:contextualSpacing/>
    </w:pPr>
  </w:style>
  <w:style w:type="paragraph" w:styleId="Szvegtrzs">
    <w:name w:val="Body Text"/>
    <w:basedOn w:val="Norml"/>
    <w:link w:val="SzvegtrzsChar"/>
    <w:uiPriority w:val="99"/>
    <w:unhideWhenUsed/>
    <w:rsid w:val="00AA1D8D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rsid w:val="00AA1D8D"/>
  </w:style>
  <w:style w:type="paragraph" w:styleId="Szvegtrzs2">
    <w:name w:val="Body Text 2"/>
    <w:basedOn w:val="Norml"/>
    <w:link w:val="Szvegtrzs2Char"/>
    <w:uiPriority w:val="99"/>
    <w:unhideWhenUsed/>
    <w:rsid w:val="00AA1D8D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AA1D8D"/>
  </w:style>
  <w:style w:type="paragraph" w:styleId="Szvegtrzs3">
    <w:name w:val="Body Text 3"/>
    <w:basedOn w:val="Norml"/>
    <w:link w:val="Szvegtrzs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AA1D8D"/>
    <w:rPr>
      <w:sz w:val="16"/>
      <w:szCs w:val="16"/>
    </w:rPr>
  </w:style>
  <w:style w:type="paragraph" w:styleId="Lista">
    <w:name w:val="List"/>
    <w:basedOn w:val="Norm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l"/>
    <w:uiPriority w:val="99"/>
    <w:unhideWhenUsed/>
    <w:rsid w:val="00326F90"/>
    <w:pPr>
      <w:ind w:left="1080" w:hanging="360"/>
      <w:contextualSpacing/>
    </w:pPr>
  </w:style>
  <w:style w:type="paragraph" w:styleId="Felsorols">
    <w:name w:val="List Bullet"/>
    <w:basedOn w:val="Norml"/>
    <w:uiPriority w:val="99"/>
    <w:unhideWhenUsed/>
    <w:rsid w:val="00326F90"/>
    <w:pPr>
      <w:numPr>
        <w:numId w:val="1"/>
      </w:numPr>
      <w:contextualSpacing/>
    </w:pPr>
  </w:style>
  <w:style w:type="paragraph" w:styleId="Felsorols2">
    <w:name w:val="List Bullet 2"/>
    <w:basedOn w:val="Norml"/>
    <w:uiPriority w:val="99"/>
    <w:unhideWhenUsed/>
    <w:rsid w:val="00326F90"/>
    <w:pPr>
      <w:numPr>
        <w:numId w:val="2"/>
      </w:numPr>
      <w:contextualSpacing/>
    </w:pPr>
  </w:style>
  <w:style w:type="paragraph" w:styleId="Felsorols3">
    <w:name w:val="List Bullet 3"/>
    <w:basedOn w:val="Norml"/>
    <w:uiPriority w:val="99"/>
    <w:unhideWhenUsed/>
    <w:rsid w:val="00326F90"/>
    <w:pPr>
      <w:numPr>
        <w:numId w:val="3"/>
      </w:numPr>
      <w:contextualSpacing/>
    </w:pPr>
  </w:style>
  <w:style w:type="paragraph" w:styleId="Szmozottlista">
    <w:name w:val="List Number"/>
    <w:basedOn w:val="Norml"/>
    <w:uiPriority w:val="99"/>
    <w:unhideWhenUsed/>
    <w:rsid w:val="00326F90"/>
    <w:pPr>
      <w:numPr>
        <w:numId w:val="5"/>
      </w:numPr>
      <w:contextualSpacing/>
    </w:pPr>
  </w:style>
  <w:style w:type="paragraph" w:styleId="Szmozottlista2">
    <w:name w:val="List Number 2"/>
    <w:basedOn w:val="Norml"/>
    <w:uiPriority w:val="99"/>
    <w:unhideWhenUsed/>
    <w:rsid w:val="0029639D"/>
    <w:pPr>
      <w:numPr>
        <w:numId w:val="6"/>
      </w:numPr>
      <w:contextualSpacing/>
    </w:pPr>
  </w:style>
  <w:style w:type="paragraph" w:styleId="Szmozottlista3">
    <w:name w:val="List Number 3"/>
    <w:basedOn w:val="Norml"/>
    <w:uiPriority w:val="99"/>
    <w:unhideWhenUsed/>
    <w:rsid w:val="0029639D"/>
    <w:pPr>
      <w:numPr>
        <w:numId w:val="7"/>
      </w:numPr>
      <w:contextualSpacing/>
    </w:pPr>
  </w:style>
  <w:style w:type="paragraph" w:styleId="Listafolytatsa">
    <w:name w:val="List Continue"/>
    <w:basedOn w:val="Norml"/>
    <w:uiPriority w:val="99"/>
    <w:unhideWhenUsed/>
    <w:rsid w:val="0029639D"/>
    <w:pPr>
      <w:spacing w:after="120"/>
      <w:ind w:left="360"/>
      <w:contextualSpacing/>
    </w:pPr>
  </w:style>
  <w:style w:type="paragraph" w:styleId="Listafolytatsa2">
    <w:name w:val="List Continue 2"/>
    <w:basedOn w:val="Norml"/>
    <w:uiPriority w:val="99"/>
    <w:unhideWhenUsed/>
    <w:rsid w:val="0029639D"/>
    <w:pPr>
      <w:spacing w:after="120"/>
      <w:ind w:left="720"/>
      <w:contextualSpacing/>
    </w:pPr>
  </w:style>
  <w:style w:type="paragraph" w:styleId="Listafolytatsa3">
    <w:name w:val="List Continue 3"/>
    <w:basedOn w:val="Norml"/>
    <w:uiPriority w:val="99"/>
    <w:unhideWhenUsed/>
    <w:rsid w:val="0029639D"/>
    <w:pPr>
      <w:spacing w:after="120"/>
      <w:ind w:left="1080"/>
      <w:contextualSpacing/>
    </w:pPr>
  </w:style>
  <w:style w:type="paragraph" w:styleId="Makrszvege">
    <w:name w:val="macro"/>
    <w:link w:val="Makrszvege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rsid w:val="0029639D"/>
    <w:rPr>
      <w:rFonts w:ascii="Courier" w:hAnsi="Courier"/>
      <w:sz w:val="20"/>
      <w:szCs w:val="20"/>
    </w:rPr>
  </w:style>
  <w:style w:type="paragraph" w:styleId="Idzet">
    <w:name w:val="Quote"/>
    <w:basedOn w:val="Norml"/>
    <w:next w:val="Norml"/>
    <w:link w:val="IdzetChar"/>
    <w:uiPriority w:val="29"/>
    <w:qFormat/>
    <w:rsid w:val="00FC693F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FC693F"/>
    <w:rPr>
      <w:i/>
      <w:iCs/>
      <w:color w:val="000000" w:themeColor="text1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iemels2">
    <w:name w:val="Strong"/>
    <w:basedOn w:val="Bekezdsalapbettpusa"/>
    <w:uiPriority w:val="22"/>
    <w:qFormat/>
    <w:rsid w:val="00FC693F"/>
    <w:rPr>
      <w:b/>
      <w:bCs/>
    </w:rPr>
  </w:style>
  <w:style w:type="character" w:styleId="Kiemels">
    <w:name w:val="Emphasis"/>
    <w:basedOn w:val="Bekezdsalapbettpusa"/>
    <w:uiPriority w:val="20"/>
    <w:qFormat/>
    <w:rsid w:val="00FC693F"/>
    <w:rPr>
      <w:i/>
      <w:iCs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FC693F"/>
    <w:rPr>
      <w:b/>
      <w:bCs/>
      <w:i/>
      <w:iCs/>
      <w:color w:val="4F81BD" w:themeColor="accent1"/>
    </w:rPr>
  </w:style>
  <w:style w:type="character" w:styleId="Finomkiemels">
    <w:name w:val="Subtle Emphasis"/>
    <w:basedOn w:val="Bekezdsalapbettpusa"/>
    <w:uiPriority w:val="19"/>
    <w:qFormat/>
    <w:rsid w:val="00FC693F"/>
    <w:rPr>
      <w:i/>
      <w:iCs/>
      <w:color w:val="808080" w:themeColor="text1" w:themeTint="7F"/>
    </w:rPr>
  </w:style>
  <w:style w:type="character" w:styleId="Erskiemels">
    <w:name w:val="Intense Emphasis"/>
    <w:basedOn w:val="Bekezdsalapbettpusa"/>
    <w:uiPriority w:val="21"/>
    <w:qFormat/>
    <w:rsid w:val="00FC693F"/>
    <w:rPr>
      <w:b/>
      <w:bCs/>
      <w:i/>
      <w:iCs/>
      <w:color w:val="4F81BD" w:themeColor="accent1"/>
    </w:rPr>
  </w:style>
  <w:style w:type="character" w:styleId="Finomhivatkozs">
    <w:name w:val="Subtle Reference"/>
    <w:basedOn w:val="Bekezdsalapbettpusa"/>
    <w:uiPriority w:val="31"/>
    <w:qFormat/>
    <w:rsid w:val="00FC693F"/>
    <w:rPr>
      <w:smallCaps/>
      <w:color w:val="C0504D" w:themeColor="accent2"/>
      <w:u w:val="single"/>
    </w:rPr>
  </w:style>
  <w:style w:type="character" w:styleId="Ershivatkozs">
    <w:name w:val="Intense Reference"/>
    <w:basedOn w:val="Bekezdsalapbettpusa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nyvcme">
    <w:name w:val="Book Title"/>
    <w:basedOn w:val="Bekezdsalapbettpusa"/>
    <w:uiPriority w:val="33"/>
    <w:qFormat/>
    <w:rsid w:val="00FC693F"/>
    <w:rPr>
      <w:b/>
      <w:bCs/>
      <w:smallCap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FC693F"/>
    <w:pPr>
      <w:outlineLvl w:val="9"/>
    </w:pPr>
  </w:style>
  <w:style w:type="table" w:styleId="Rcsostblzat">
    <w:name w:val="Table Grid"/>
    <w:basedOn w:val="Normltblzat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lgostnus">
    <w:name w:val="Light Shading"/>
    <w:basedOn w:val="Normltblzat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lgosrnykols1jellszn">
    <w:name w:val="Light Shading Accent 1"/>
    <w:basedOn w:val="Normltblzat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Vilgosrnykols2jellszn">
    <w:name w:val="Light Shading Accent 2"/>
    <w:basedOn w:val="Normltblzat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Vilgosrnykols3jellszn">
    <w:name w:val="Light Shading Accent 3"/>
    <w:basedOn w:val="Normltblzat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Vilgosrnykols4jellszn">
    <w:name w:val="Light Shading Accent 4"/>
    <w:basedOn w:val="Normltblzat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Vilgosrnykols5jellszn">
    <w:name w:val="Light Shading Accent 5"/>
    <w:basedOn w:val="Normltblzat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Vilgosrnykols6jellszn">
    <w:name w:val="Light Shading Accent 6"/>
    <w:basedOn w:val="Normltblzat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Vilgoslista">
    <w:name w:val="Light List"/>
    <w:basedOn w:val="Normltblzat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lgoslista1jellszn">
    <w:name w:val="Light List Accent 1"/>
    <w:basedOn w:val="Normltblzat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Vilgoslista2jellszn">
    <w:name w:val="Light List Accent 2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Vilgoslista3jellszn">
    <w:name w:val="Light List Accent 3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Vilgoslista4jellszn">
    <w:name w:val="Light List Accent 4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Vilgoslista5jellszn">
    <w:name w:val="Light List Accent 5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Vilgoslista6jellszn">
    <w:name w:val="Light List Accent 6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Vilgosrcs">
    <w:name w:val="Light Grid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lgosrcs1jellszn">
    <w:name w:val="Light Grid Accent 1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Vilgosrcs2jellszn">
    <w:name w:val="Light Grid Accent 2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Vilgosrcs3jellszn">
    <w:name w:val="Light Grid Accent 3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Vilgosrcs4jellszn">
    <w:name w:val="Light Grid Accent 4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Vilgosrcs5jellszn">
    <w:name w:val="Light Grid Accent 5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Vilgosrcs6jellszn">
    <w:name w:val="Light Grid Accent 6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Kzepesrnykols1">
    <w:name w:val="Medium Shading 1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lista1">
    <w:name w:val="Medium List 1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11jellszn">
    <w:name w:val="Medium List 1 Accent 1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Kzepeslista12jellszn">
    <w:name w:val="Medium List 1 Accent 2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Kzepeslista13jellszn">
    <w:name w:val="Medium List 1 Accent 3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Kzepeslista14jellszn">
    <w:name w:val="Medium List 1 Accent 4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Kzepeslista15jellszn">
    <w:name w:val="Medium List 1 Accent 5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Kzepeslista16jellszn">
    <w:name w:val="Medium List 1 Accent 6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Kzepeslista2">
    <w:name w:val="Medium List 2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cs1">
    <w:name w:val="Medium Grid 1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11jellszn">
    <w:name w:val="Medium Grid 1 Accent 1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zepesrcs12jellszn">
    <w:name w:val="Medium Grid 1 Accent 2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zepesrcs13jellszn">
    <w:name w:val="Medium Grid 1 Accent 3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zepesrcs14jellszn">
    <w:name w:val="Medium Grid 1 Accent 4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zepesrcs15jellszn">
    <w:name w:val="Medium Grid 1 Accent 5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zepesrcs16jellszn">
    <w:name w:val="Medium Grid 1 Accent 6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zepesrcs2">
    <w:name w:val="Medium Grid 2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zepesrcs31jellszn">
    <w:name w:val="Medium Grid 3 Accent 1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Kzepesrcs32jellszn">
    <w:name w:val="Medium Grid 3 Accent 2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Kzepesrcs33jellszn">
    <w:name w:val="Medium Grid 3 Accent 3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Kzepesrcs34jellszn">
    <w:name w:val="Medium Grid 3 Accent 4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Kzepesrcs35jellszn">
    <w:name w:val="Medium Grid 3 Accent 5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Kzepesrcs36jellszn">
    <w:name w:val="Medium Grid 3 Accent 6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Sttlista">
    <w:name w:val="Dark List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ttlista1jellszn">
    <w:name w:val="Dark List Accent 1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Sttlista2jellszn">
    <w:name w:val="Dark List Accent 2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Sttlista3jellszn">
    <w:name w:val="Dark List Accent 3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Sttlista4jellszn">
    <w:name w:val="Dark List Accent 4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Sttlista5jellszn">
    <w:name w:val="Dark List Accent 5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Sttlista6jellszn">
    <w:name w:val="Dark List Accent 6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znesrnykols">
    <w:name w:val="Colorful Shading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1jellszn">
    <w:name w:val="Colorful Shading Accent 1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2jellszn">
    <w:name w:val="Colorful Shading Accent 2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3jellszn">
    <w:name w:val="Colorful Shading Accent 3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znesrnykols4jellszn">
    <w:name w:val="Colorful Shading Accent 4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5jellszn">
    <w:name w:val="Colorful Shading Accent 5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6jellszn">
    <w:name w:val="Colorful Shading Accent 6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lista">
    <w:name w:val="Colorful List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zneslista1jellszn">
    <w:name w:val="Colorful List Accent 1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zneslista2jellszn">
    <w:name w:val="Colorful List Accent 2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zneslista3jellszn">
    <w:name w:val="Colorful List Accent 3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Szneslista4jellszn">
    <w:name w:val="Colorful List Accent 4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Szneslista5jellszn">
    <w:name w:val="Colorful List Accent 5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Szneslista6jellszn">
    <w:name w:val="Colorful List Accent 6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znesrcs">
    <w:name w:val="Colorful Grid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znesrcs1jellszn">
    <w:name w:val="Colorful Grid Accent 1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znesrcs2jellszn">
    <w:name w:val="Colorful Grid Accent 2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znesrcs3jellszn">
    <w:name w:val="Colorful Grid Accent 3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znesrcs4jellszn">
    <w:name w:val="Colorful Grid Accent 4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znesrcs5jellszn">
    <w:name w:val="Colorful Grid Accent 5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znesrcs6jellszn">
    <w:name w:val="Colorful Grid Accent 6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448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György Helstáb</cp:lastModifiedBy>
  <cp:revision>3</cp:revision>
  <dcterms:created xsi:type="dcterms:W3CDTF">2026-05-29T14:29:00Z</dcterms:created>
  <dcterms:modified xsi:type="dcterms:W3CDTF">2026-05-29T14:34:00Z</dcterms:modified>
  <cp:category/>
</cp:coreProperties>
</file>