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9846F" w14:textId="77777777" w:rsidR="00620911" w:rsidRDefault="00000000">
      <w:pPr>
        <w:jc w:val="center"/>
      </w:pPr>
      <w:r>
        <w:rPr>
          <w:noProof/>
        </w:rPr>
        <w:drawing>
          <wp:inline distT="0" distB="0" distL="0" distR="0" wp14:anchorId="3FE1CB44" wp14:editId="543FB529">
            <wp:extent cx="1188720" cy="1188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T Klub 2026 logó(6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6C7E" w14:textId="77777777" w:rsidR="00620911" w:rsidRDefault="00000000">
      <w:pPr>
        <w:jc w:val="center"/>
      </w:pPr>
      <w:r>
        <w:rPr>
          <w:b/>
          <w:sz w:val="36"/>
        </w:rPr>
        <w:t>AUFNAHMEANTRAG</w:t>
      </w:r>
    </w:p>
    <w:p w14:paraId="6DB0F344" w14:textId="77777777" w:rsidR="00620911" w:rsidRDefault="00000000">
      <w:pPr>
        <w:jc w:val="center"/>
      </w:pPr>
      <w:r>
        <w:rPr>
          <w:b/>
          <w:sz w:val="26"/>
        </w:rPr>
        <w:t>UNGARISCHER BORDER TERRIER KLUB VEREIN</w:t>
      </w:r>
    </w:p>
    <w:p w14:paraId="38715B35" w14:textId="77777777" w:rsidR="00620911" w:rsidRDefault="00620911"/>
    <w:p w14:paraId="6FC4E27B" w14:textId="77777777" w:rsidR="00620911" w:rsidRDefault="00000000">
      <w:r>
        <w:rPr>
          <w:rFonts w:ascii="Times New Roman" w:eastAsia="Times New Roman" w:hAnsi="Times New Roman"/>
        </w:rPr>
        <w:t>Aktenzeichen: ..............................................................</w:t>
      </w:r>
    </w:p>
    <w:p w14:paraId="6F318DE7" w14:textId="77777777" w:rsidR="00620911" w:rsidRDefault="00000000">
      <w:r>
        <w:rPr>
          <w:rFonts w:ascii="Times New Roman" w:eastAsia="Times New Roman" w:hAnsi="Times New Roman"/>
        </w:rPr>
        <w:t>Eingangsdatum: ..............................................................</w:t>
      </w:r>
    </w:p>
    <w:p w14:paraId="5B1DD59F" w14:textId="77777777" w:rsidR="00620911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Mitgliedsnummer: ..............................................................</w:t>
      </w:r>
    </w:p>
    <w:p w14:paraId="22991499" w14:textId="77777777" w:rsidR="00497D8A" w:rsidRDefault="00497D8A"/>
    <w:p w14:paraId="65B7F145" w14:textId="77777777" w:rsidR="00620911" w:rsidRDefault="00000000">
      <w:r>
        <w:rPr>
          <w:b/>
          <w:sz w:val="26"/>
        </w:rPr>
        <w:t>DATEN DES ANTRAGSTELLERS</w:t>
      </w:r>
    </w:p>
    <w:p w14:paraId="5CAFCD0A" w14:textId="77777777" w:rsidR="00620911" w:rsidRDefault="00000000">
      <w:r>
        <w:rPr>
          <w:rFonts w:ascii="Times New Roman" w:eastAsia="Times New Roman" w:hAnsi="Times New Roman"/>
        </w:rPr>
        <w:t>Name: ...............................................................................................................</w:t>
      </w:r>
    </w:p>
    <w:p w14:paraId="5F59E4D4" w14:textId="77777777" w:rsidR="00620911" w:rsidRDefault="00000000">
      <w:r>
        <w:rPr>
          <w:rFonts w:ascii="Times New Roman" w:eastAsia="Times New Roman" w:hAnsi="Times New Roman"/>
        </w:rPr>
        <w:t>Geburtsort, Geburtsdatum: ...............................................................................................................</w:t>
      </w:r>
    </w:p>
    <w:p w14:paraId="16AC7DF2" w14:textId="77777777" w:rsidR="00620911" w:rsidRDefault="00000000">
      <w:r>
        <w:rPr>
          <w:rFonts w:ascii="Times New Roman" w:eastAsia="Times New Roman" w:hAnsi="Times New Roman"/>
        </w:rPr>
        <w:t>Name der Mutter: ...............................................................................................................</w:t>
      </w:r>
    </w:p>
    <w:p w14:paraId="72687A16" w14:textId="77777777" w:rsidR="00620911" w:rsidRDefault="00000000">
      <w:r>
        <w:rPr>
          <w:rFonts w:ascii="Times New Roman" w:eastAsia="Times New Roman" w:hAnsi="Times New Roman"/>
        </w:rPr>
        <w:t>Adresse: ...............................................................................................................</w:t>
      </w:r>
    </w:p>
    <w:p w14:paraId="2D20A1A5" w14:textId="77777777" w:rsidR="00620911" w:rsidRDefault="00000000">
      <w:r>
        <w:rPr>
          <w:rFonts w:ascii="Times New Roman" w:eastAsia="Times New Roman" w:hAnsi="Times New Roman"/>
        </w:rPr>
        <w:t>Telefonnummer: ...............................................................................................................</w:t>
      </w:r>
    </w:p>
    <w:p w14:paraId="57E5EFF6" w14:textId="77777777" w:rsidR="00620911" w:rsidRDefault="00000000">
      <w:pPr>
        <w:rPr>
          <w:rFonts w:ascii="Times New Roman" w:eastAsia="Times New Roman" w:hAnsi="Times New Roman"/>
        </w:rPr>
      </w:pPr>
      <w:r>
        <w:t>E-Mail: ...............................................................................................................</w:t>
      </w:r>
    </w:p>
    <w:p w14:paraId="2B3392F9" w14:textId="77777777" w:rsidR="001D1F2A" w:rsidRDefault="00000000">
      <w:r>
        <w:t>Zwingername: ...............................................................................................................</w:t>
      </w:r>
    </w:p>
    <w:p w14:paraId="749A35CB" w14:textId="77777777" w:rsidR="00497D8A" w:rsidRDefault="00497D8A"/>
    <w:p w14:paraId="5B0E96B2" w14:textId="77777777" w:rsidR="00620911" w:rsidRDefault="00000000">
      <w:r>
        <w:rPr>
          <w:b/>
          <w:sz w:val="26"/>
        </w:rPr>
        <w:t>DATEN DER HUNDE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11"/>
        <w:gridCol w:w="2503"/>
        <w:gridCol w:w="2476"/>
        <w:gridCol w:w="2500"/>
      </w:tblGrid>
      <w:tr w:rsidR="00620911" w14:paraId="3FBCAC7F" w14:textId="77777777">
        <w:tc>
          <w:tcPr>
            <w:tcW w:w="2835" w:type="dxa"/>
          </w:tcPr>
          <w:p w14:paraId="59B7FE82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t>Name des Hundes</w:t>
            </w:r>
          </w:p>
        </w:tc>
        <w:tc>
          <w:tcPr>
            <w:tcW w:w="2551" w:type="dxa"/>
          </w:tcPr>
          <w:p w14:paraId="02ABA4E3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t>Ahnentafelnummer</w:t>
            </w:r>
          </w:p>
        </w:tc>
        <w:tc>
          <w:tcPr>
            <w:tcW w:w="1984" w:type="dxa"/>
          </w:tcPr>
          <w:p w14:paraId="0DE13BE9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t>Geburtsdatum</w:t>
            </w:r>
          </w:p>
        </w:tc>
        <w:tc>
          <w:tcPr>
            <w:tcW w:w="2551" w:type="dxa"/>
          </w:tcPr>
          <w:p w14:paraId="14C409E7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t>Mikrochipnummer</w:t>
            </w:r>
          </w:p>
        </w:tc>
      </w:tr>
      <w:tr w:rsidR="00620911" w14:paraId="28E275E9" w14:textId="77777777">
        <w:tc>
          <w:tcPr>
            <w:tcW w:w="2550" w:type="dxa"/>
          </w:tcPr>
          <w:p w14:paraId="44326C36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D6E38EB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688A7F63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2445E803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2EE26A13" w14:textId="77777777">
        <w:tc>
          <w:tcPr>
            <w:tcW w:w="2550" w:type="dxa"/>
          </w:tcPr>
          <w:p w14:paraId="12D235AD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2561F302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39B4604E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7DF5C3D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5F3659E9" w14:textId="77777777">
        <w:tc>
          <w:tcPr>
            <w:tcW w:w="2550" w:type="dxa"/>
          </w:tcPr>
          <w:p w14:paraId="3F0C338B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22230C4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04B59DCF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4673B011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19521DD8" w14:textId="77777777">
        <w:tc>
          <w:tcPr>
            <w:tcW w:w="2550" w:type="dxa"/>
          </w:tcPr>
          <w:p w14:paraId="43242266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C488C54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663C5438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3377E327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626072F2" w14:textId="77777777">
        <w:tc>
          <w:tcPr>
            <w:tcW w:w="2550" w:type="dxa"/>
          </w:tcPr>
          <w:p w14:paraId="7E4FB6AA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31F97BC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7E0CEA6C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08A3D59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435CBA8E" w14:textId="77777777">
        <w:tc>
          <w:tcPr>
            <w:tcW w:w="2550" w:type="dxa"/>
          </w:tcPr>
          <w:p w14:paraId="2926922B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47C256CF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05891F37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787F368D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</w:tbl>
    <w:p w14:paraId="23F3631C" w14:textId="7F388188" w:rsidR="00620911" w:rsidRDefault="00620911"/>
    <w:p w14:paraId="4B2DEABC" w14:textId="77777777" w:rsidR="00497D8A" w:rsidRDefault="00000000">
      <w:pPr>
        <w:rPr>
          <w:rFonts w:ascii="Times New Roman" w:eastAsia="Times New Roman" w:hAnsi="Times New Roman"/>
        </w:rPr>
      </w:pPr>
      <w:r>
        <w:br/>
        <w:t>Hiermit beantrage ich die Aufnahme als ordentliches Mitglied des Ungarischen Border Terrier Klub Vereins.</w:t>
      </w:r>
      <w:r>
        <w:br/>
      </w:r>
      <w:r>
        <w:br/>
        <w:t>Ich erkläre, dass:</w:t>
      </w:r>
      <w:r>
        <w:br/>
      </w:r>
      <w:r>
        <w:br/>
        <w:t>• ich die Ziele des Vereins unterstütze,</w:t>
      </w:r>
      <w:r>
        <w:br/>
        <w:t>• ich die Satzung des Vereins akzeptiere,</w:t>
      </w:r>
      <w:r>
        <w:br/>
        <w:t>• ich einen Border Terrier mit einer von der FCI anerkannten Ahnentafel besitze,</w:t>
      </w:r>
      <w:r>
        <w:br/>
        <w:t>• ich die jeweils gültige Mitgliedsgebühr entrichte,</w:t>
      </w:r>
      <w:r>
        <w:br/>
        <w:t>• ich der Verarbeitung meiner personenbezogenen Daten zustimme.</w:t>
      </w:r>
      <w:r>
        <w:br/>
      </w:r>
      <w:r>
        <w:br/>
        <w:t>ZAHLUNG DES MITGLIEDSBEITRAGS</w:t>
      </w:r>
      <w:r>
        <w:br/>
      </w:r>
      <w:r>
        <w:br/>
        <w:t>Begünstigter: Magyar Border Terrier Klub Egyesület</w:t>
      </w:r>
      <w:r>
        <w:br/>
        <w:t>Kontonummer: 10918001-00000136-72050006</w:t>
      </w:r>
      <w:r>
        <w:br/>
        <w:t>Verwendungszweck: Name des Mitglieds + „Mitgliedsbeitrag”</w:t>
      </w:r>
      <w:r>
        <w:br/>
      </w:r>
      <w:r>
        <w:br/>
        <w:t>Die Zahlung des Mitgliedsbeitrags ist Voraussetzung der Mitgliedschaft.</w:t>
      </w:r>
      <w:r>
        <w:br/>
      </w:r>
      <w:r>
        <w:br/>
        <w:t>EINREICHUNG DES ANTRAGS</w:t>
      </w:r>
      <w:r>
        <w:br/>
      </w:r>
      <w:r>
        <w:br/>
        <w:t>Postanschrift: 7694 Hosszúhetény, Máltető utca 6.</w:t>
      </w:r>
      <w:r>
        <w:br/>
        <w:t>E-Mail: mbtk2026@gmail.com</w:t>
      </w:r>
      <w:r>
        <w:br/>
        <w:t>Telefonnummer: +36 30 760 1211</w:t>
      </w:r>
      <w:r>
        <w:br/>
      </w:r>
      <w:r>
        <w:br/>
        <w:t>Der Vorstand entscheidet innerhalb von 30 Tagen nach Eingang des Antrags.</w:t>
      </w:r>
      <w:r>
        <w:br/>
        <w:t>Der Antragsteller wird schriftlich benachrichtigt.</w:t>
      </w:r>
      <w:r>
        <w:br/>
      </w:r>
      <w:r>
        <w:br/>
        <w:t>DATENSCHUTZERKLÄRUNG</w:t>
      </w:r>
      <w:r>
        <w:br/>
      </w:r>
      <w:r>
        <w:br/>
        <w:t>Ich stimme der Verarbeitung meiner personenbezogenen Daten zum Zweck der Begründung, Führung und Verwaltung der Mitgliedschaft zu.</w:t>
      </w:r>
      <w:r>
        <w:br/>
      </w:r>
      <w:r>
        <w:br/>
        <w:t>Ort, Datum: ..............................................................</w:t>
      </w:r>
      <w:r>
        <w:br/>
      </w:r>
      <w:r>
        <w:br/>
      </w:r>
      <w:r>
        <w:br/>
        <w:t>..............................................................</w:t>
      </w:r>
      <w:r>
        <w:br/>
        <w:t>Unterschrift des Antragstellers</w:t>
      </w:r>
      <w:r>
        <w:br/>
      </w:r>
    </w:p>
    <w:p w14:paraId="3B9305AA" w14:textId="77777777" w:rsidR="00497D8A" w:rsidRDefault="00497D8A">
      <w:pPr>
        <w:rPr>
          <w:rFonts w:ascii="Times New Roman" w:eastAsia="Times New Roman" w:hAnsi="Times New Roman"/>
        </w:rPr>
      </w:pPr>
    </w:p>
    <w:p w14:paraId="124D1CA8" w14:textId="77777777" w:rsidR="00497D8A" w:rsidRDefault="00497D8A">
      <w:pPr>
        <w:rPr>
          <w:rFonts w:ascii="Times New Roman" w:eastAsia="Times New Roman" w:hAnsi="Times New Roman"/>
        </w:rPr>
      </w:pPr>
    </w:p>
    <w:p w14:paraId="4583CA23" w14:textId="77777777" w:rsidR="000C72D3" w:rsidRDefault="000C72D3">
      <w:pPr>
        <w:rPr>
          <w:rFonts w:ascii="Times New Roman" w:eastAsia="Times New Roman" w:hAnsi="Times New Roman"/>
        </w:rPr>
      </w:pPr>
    </w:p>
    <w:p w14:paraId="3955EEF0" w14:textId="77777777" w:rsidR="000C72D3" w:rsidRDefault="000C72D3">
      <w:pPr>
        <w:rPr>
          <w:rFonts w:ascii="Times New Roman" w:eastAsia="Times New Roman" w:hAnsi="Times New Roman"/>
        </w:rPr>
      </w:pPr>
    </w:p>
    <w:p w14:paraId="335120F7" w14:textId="6ABEEFED" w:rsidR="00620911" w:rsidRDefault="00000000">
      <w:r>
        <w:lastRenderedPageBreak/>
        <w:br/>
      </w:r>
      <w:r>
        <w:br/>
        <w:t>--- VORSTANDSENTSCHEIDUNG ---</w:t>
      </w:r>
      <w:r>
        <w:br/>
      </w:r>
      <w:r>
        <w:br/>
        <w:t>Beschlussnummer: ..............................................................</w:t>
      </w:r>
      <w:r>
        <w:br/>
        <w:t>Datum: ..............................................................</w:t>
      </w:r>
      <w:r>
        <w:br/>
      </w:r>
      <w:r>
        <w:br/>
        <w:t>☐ Der Aufnahmeantrag wird angenommen</w:t>
      </w:r>
      <w:r>
        <w:br/>
        <w:t>☐ Der Aufnahmeantrag wird abgelehnt</w:t>
      </w:r>
      <w:r>
        <w:br/>
      </w:r>
      <w:r>
        <w:br/>
        <w:t>Begründung:</w:t>
      </w:r>
      <w:r>
        <w:br/>
        <w:t>...............................................................................................................</w:t>
      </w:r>
      <w:r>
        <w:br/>
        <w:t>...............................................................................................................</w:t>
      </w:r>
      <w:r>
        <w:br/>
        <w:t>...............................................................................................................</w:t>
      </w:r>
      <w:r>
        <w:br/>
      </w:r>
      <w:r>
        <w:br/>
      </w:r>
      <w:r>
        <w:br/>
        <w:t>..............................................................            ..............................................................</w:t>
      </w:r>
      <w:r>
        <w:br/>
        <w:t xml:space="preserve">Unterschrift des Vorsitzenden           </w:t>
      </w:r>
      <w:r w:rsidR="00EA3531">
        <w:t xml:space="preserve"> </w:t>
      </w:r>
      <w:r>
        <w:t>Unterschrift des Vorstandsmitglieds</w:t>
      </w:r>
      <w:r>
        <w:br/>
      </w:r>
    </w:p>
    <w:sectPr w:rsidR="00620911" w:rsidSect="00034616">
      <w:pgSz w:w="12240" w:h="15840"/>
      <w:pgMar w:top="850" w:right="1020" w:bottom="850" w:left="10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30773388">
    <w:abstractNumId w:val="8"/>
  </w:num>
  <w:num w:numId="2" w16cid:durableId="775250727">
    <w:abstractNumId w:val="6"/>
  </w:num>
  <w:num w:numId="3" w16cid:durableId="1112819642">
    <w:abstractNumId w:val="5"/>
  </w:num>
  <w:num w:numId="4" w16cid:durableId="574245478">
    <w:abstractNumId w:val="4"/>
  </w:num>
  <w:num w:numId="5" w16cid:durableId="663123213">
    <w:abstractNumId w:val="7"/>
  </w:num>
  <w:num w:numId="6" w16cid:durableId="2085376281">
    <w:abstractNumId w:val="3"/>
  </w:num>
  <w:num w:numId="7" w16cid:durableId="1916162082">
    <w:abstractNumId w:val="2"/>
  </w:num>
  <w:num w:numId="8" w16cid:durableId="2044480163">
    <w:abstractNumId w:val="1"/>
  </w:num>
  <w:num w:numId="9" w16cid:durableId="1853450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4FD7"/>
    <w:rsid w:val="00034616"/>
    <w:rsid w:val="0006063C"/>
    <w:rsid w:val="000C72D3"/>
    <w:rsid w:val="0015074B"/>
    <w:rsid w:val="001D1F2A"/>
    <w:rsid w:val="001F5720"/>
    <w:rsid w:val="0029639D"/>
    <w:rsid w:val="00326F90"/>
    <w:rsid w:val="0034271C"/>
    <w:rsid w:val="00497D8A"/>
    <w:rsid w:val="00620911"/>
    <w:rsid w:val="00682ABD"/>
    <w:rsid w:val="00826734"/>
    <w:rsid w:val="009E0C34"/>
    <w:rsid w:val="009E157C"/>
    <w:rsid w:val="00A443D5"/>
    <w:rsid w:val="00AA1D8D"/>
    <w:rsid w:val="00B47730"/>
    <w:rsid w:val="00BC00C9"/>
    <w:rsid w:val="00CB0664"/>
    <w:rsid w:val="00CB3F0C"/>
    <w:rsid w:val="00EA353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4D7EA4"/>
  <w14:defaultImageDpi w14:val="300"/>
  <w15:docId w15:val="{6CDA1758-A045-4EC9-9A43-25A908B00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C693F"/>
  </w:style>
  <w:style w:type="paragraph" w:styleId="Cmsor1">
    <w:name w:val="heading 1"/>
    <w:basedOn w:val="Norml"/>
    <w:next w:val="Norml"/>
    <w:link w:val="Cmsor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basedOn w:val="Norml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C693F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basedOn w:val="Norml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basedOn w:val="Norml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basedOn w:val="Norm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l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basedOn w:val="Norml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unhideWhenUsed/>
    <w:rsid w:val="00326F90"/>
    <w:pPr>
      <w:numPr>
        <w:numId w:val="3"/>
      </w:numPr>
      <w:contextualSpacing/>
    </w:pPr>
  </w:style>
  <w:style w:type="paragraph" w:styleId="Szmozottlista">
    <w:name w:val="List Number"/>
    <w:basedOn w:val="Norml"/>
    <w:uiPriority w:val="99"/>
    <w:unhideWhenUsed/>
    <w:rsid w:val="00326F90"/>
    <w:pPr>
      <w:numPr>
        <w:numId w:val="5"/>
      </w:numPr>
      <w:contextualSpacing/>
    </w:pPr>
  </w:style>
  <w:style w:type="paragraph" w:styleId="Szmozottlista2">
    <w:name w:val="List Number 2"/>
    <w:basedOn w:val="Norml"/>
    <w:uiPriority w:val="99"/>
    <w:unhideWhenUsed/>
    <w:rsid w:val="0029639D"/>
    <w:pPr>
      <w:numPr>
        <w:numId w:val="6"/>
      </w:numPr>
      <w:contextualSpacing/>
    </w:pPr>
  </w:style>
  <w:style w:type="paragraph" w:styleId="Szmozottlista3">
    <w:name w:val="List Number 3"/>
    <w:basedOn w:val="Norml"/>
    <w:uiPriority w:val="99"/>
    <w:unhideWhenUsed/>
    <w:rsid w:val="0029639D"/>
    <w:pPr>
      <w:numPr>
        <w:numId w:val="7"/>
      </w:numPr>
      <w:contextualSpacing/>
    </w:pPr>
  </w:style>
  <w:style w:type="paragraph" w:styleId="Listafolytatsa">
    <w:name w:val="List Continue"/>
    <w:basedOn w:val="Norml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C693F"/>
    <w:pPr>
      <w:outlineLvl w:val="9"/>
    </w:pPr>
  </w:style>
  <w:style w:type="table" w:styleId="Rcsostblzat">
    <w:name w:val="Table Grid"/>
    <w:basedOn w:val="Normltblzat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431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György Helstáb</cp:lastModifiedBy>
  <cp:revision>2</cp:revision>
  <dcterms:created xsi:type="dcterms:W3CDTF">2026-05-29T14:38:00Z</dcterms:created>
  <dcterms:modified xsi:type="dcterms:W3CDTF">2026-05-29T14:38:00Z</dcterms:modified>
  <cp:category/>
</cp:coreProperties>
</file>